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מילים למשפחת מילים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שורש לאותיות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השורש?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מילים עם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מערכת השורשים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המשמעות דומה אבל הצליל משתנה לפי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ל,מ,ד חוזרות גם במילים לומד ולימוד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לשתיהן אותו שורש שמ"ר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בשמות עצם ושמות תואר יש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ברוב המקרים השורש מורכב משלוש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קר"א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(גד"ל)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(קר"א)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מוצאים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אותיות תוספת כמו מ, ת,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נשארים עם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שהאותיות מופיעות גם במילים אחרות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מילים נכונות מאותו שורש ומשפט הגיוני המשתמש באחת מהן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= שלוש אותיות חוזרות שנותנות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שתי מילים מאותו שורש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 תוספת מצטרפת לשורש אך אינה חלק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שורש על הלוח ולבקש מהתלמידים להשלים מילים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מילים שבנויות מאותו שורש, ולכן יש להן קשר במשמעות. בדף הזה נתרגל זיהוי שורשים ובניית משפחות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השורש?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"כותב"?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המילים של השורש למ"ד?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נקרא "משפחת מילים"?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עם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עם אותו מספר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באותו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היא פועל מהשורש שמ"ר?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שורש שייכות המילים "ספר", "סיפור" ו"מספר"?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כת"ב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המילים בעברית יש שורש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נשמעות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"תלמיד" הוא למ"ד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"שומר" ו"משמר" שייכים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שורש רק בפעלים, לא בשמות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תמיד מורכב מארבע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"מכתב"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"קריאה"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שמתארת 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"סגור", "סוגר" ו"מסגר" שייכות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מילים הבנויות מאותו שורש נקראות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קר"א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כת"ב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מוצאים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נשארים עם שלוש אותיות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שהאותיות מופיעות גם במילים אחרות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אותיות תוספת כמו מ, ת, 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מהרשימה: כת"ב, למ"ד, גד"ל, קר"א. כתבו שלוש מילים מאותה משפחה, וכתבו משפט אחד עם אחת המילים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לאות תוספת?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