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מילים למשפחת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שורש לאותיות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השורש?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 עם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ספ"ר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מערכת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המשמעות דומה אבל הצליל משתנה לפי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האותיות ל,מ,ד חוזרות גם במילים לומד ולימוד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לשתיהן אותו שורש שמ"ר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בשמות עצם ושמות תואר יש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ברוב המקרים השורש מורכב משלוש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קר"א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(גד"ל)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(קר"א)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מוצאים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נשארים עם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שהאותיות מופיעות גם במילים אחרות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מילים נכונות מאותו שורש ומשפט הגיוני המשתמש באחת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חוזרות שנותנות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שתי מילים מאותו שורש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 תוספת מצטרפת לשורש אך אינה חלק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להשלים מילים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רבות יש שלוש אותיות שחוזרות. שלוש האותיות האלה נקראות שורש. מילים עם אותו שורש שייכות לאותה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שבנויות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שמצטרפת לשורש, כמו מ, ת, 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השורש?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שלוש האותיות החוזרות במילה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ללמ"ד?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עם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עם אותו מספר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באותו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השורש המשותף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כת"ב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נשמעות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"תלמיד" הוא למ"ד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"שומר" ו"משמר" שייכים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רק בפעלים, לא בשמות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מורכב מארבע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"מכתב"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"קריאה"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שמתארת 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"סגור", "סוגר" ו"מסגר" שייכות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מילים הבנויות מאותו שורש נקראות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קר"א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שמ"ר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מוצאים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שהאותיות מופיעות גם במילים אחרות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נשארים עם שלוש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אותיות תוספת כמו מ, ת, 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מהרשימה: כת"ב, למ"ד, גד"ל, קר"א. כתבו שלוש מילים מאותה משפחה, וכתבו משפט אחד עם אחת המילים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מאותה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לאות תוספת?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