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מילים למשפחת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שורש לאותיות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מערכת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המשמעות דומה אבל הצליל משתנה לפי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ל,מ,ד חוזרות גם במילים לומד ולימוד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קר"א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(גד"ל)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מוצאים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נשארים עם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שהאותיות מופיעות גם במילים אחרות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חוזרות שנותנות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שתי מילים מאותו שורש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 תוספת מצטרפת לשורש אך אינה חלק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להשלים מילים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מילים שבנויות מאותו שורש, ולכן יש להן קשר במשמעות. בדף הזה נתרגל זיהוי שורשים ובניית משפחות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פועל  ·  קר"א  ·  כת"ב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למשפחת המילים של השורש למ"ד?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מאותה משפחה תמיד נשמעות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של המילה "תלמיד" הוא למ"ד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"מכתב"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"קריאה"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שמתארת פעולה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שמ"ר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איך מוצאים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שהאותיות מופיעות גם במילים אחרות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מורידים אותיות תוספת כמו מ, ת, 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נשארים עם שלוש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